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rial" w:hAnsi="Arial" w:cs="Arial" w:eastAsia="Arial"/>
          <w:b/>
          <w:i w:val="0"/>
          <w:color w:val="2B6CB0"/>
          <w:spacing w:val="40"/>
          <w:sz w:val="16"/>
        </w:rPr>
        <w:t>FORMULAR · FÖRDERMITGLIEDSCHAFT</w:t>
      </w:r>
    </w:p>
    <w:p>
      <w:pPr>
        <w:pBdr>
          <w:bottom w:val="single" w:sz="12" w:space="10" w:color="1A365D"/>
        </w:pBdr>
        <w:spacing w:after="160"/>
      </w:pPr>
      <w:r>
        <w:rPr>
          <w:rFonts w:ascii="Arial" w:hAnsi="Arial" w:cs="Arial" w:eastAsia="Arial"/>
          <w:b/>
          <w:i w:val="0"/>
          <w:color w:val="1A365D"/>
          <w:spacing w:val="8"/>
          <w:sz w:val="38"/>
        </w:rPr>
        <w:t>FÖRDERMITGLIED WERDEN</w:t>
      </w:r>
    </w:p>
    <w:p>
      <w:pPr>
        <w:spacing w:before="180" w:after="320"/>
      </w:pPr>
      <w:r>
        <w:rPr>
          <w:rFonts w:ascii="Arial" w:hAnsi="Arial" w:cs="Arial" w:eastAsia="Arial"/>
          <w:b w:val="0"/>
          <w:i w:val="0"/>
          <w:color w:val="5A6B80"/>
          <w:sz w:val="21"/>
        </w:rPr>
        <w:t>Bitte ausfüllen, unterschreiben und an das Institut ANWA zurücksenden. Die Mitgliedschaft ist jederzeit kündbar.</w:t>
      </w:r>
    </w:p>
    <w:p>
      <w:pPr>
        <w:pBdr>
          <w:bottom w:val="single" w:sz="6" w:space="6" w:color="D9E1EC"/>
        </w:pBdr>
        <w:keepNext w:val="1"/>
        <w:spacing w:before="8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WAS EINE FÖRDERMITGLIEDSCHAFT IST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Fördermitglieder tragen die Bildungsarbeit des Institut ANWA. Der Beitrag ist </w:t>
      </w:r>
      <w:r>
        <w:rPr>
          <w:rFonts w:ascii="Arial" w:hAnsi="Arial" w:cs="Arial" w:eastAsia="Arial"/>
          <w:b/>
          <w:i w:val="0"/>
          <w:color w:val="2D3748"/>
          <w:sz w:val="21"/>
        </w:rPr>
        <w:t>ohne direkte Gegenleistung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zu verstehen. Fördermitglieder erhalten unsere Unterlagen vollständig, darunter den ausformulierten Statutentext zu allen siebzehn Punkten.</w:t>
      </w:r>
    </w:p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DER BEITRAG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Der Förderbeitrag beträgt </w:t>
      </w:r>
      <w:r>
        <w:rPr>
          <w:rFonts w:ascii="Arial" w:hAnsi="Arial" w:cs="Arial" w:eastAsia="Arial"/>
          <w:b/>
          <w:i w:val="0"/>
          <w:color w:val="2D3748"/>
          <w:sz w:val="21"/>
        </w:rPr>
        <w:t>150 Euro im Jahr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>.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2608"/>
        <w:gridCol w:w="6576"/>
      </w:tblGrid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Freiwillig zusätzlich, jährlich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in Euro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Einmaliger Förderbeitrag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in Euro</w:t>
            </w:r>
          </w:p>
        </w:tc>
      </w:tr>
    </w:tbl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IHRE ANGABEN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5A6B80"/>
          <w:sz w:val="18"/>
        </w:rPr>
        <w:t>Bitte in Blockbuchstaben ausfüllen.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2608"/>
        <w:gridCol w:w="6576"/>
      </w:tblGrid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Vorname, Nachname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Geboren am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Unternehmen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sofern zutreffend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UID-Nummer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sofern vorhanden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Straße, Hausnummer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PLZ, Ort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E-Mail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Telefon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SO BEZAHLEN SIE</w:t>
      </w:r>
    </w:p>
    <w:p>
      <w:pPr>
        <w:spacing w:before="0" w:after="140"/>
      </w:pPr>
      <w:r>
        <w:rPr>
          <w:rFonts w:ascii="Arial" w:hAnsi="Arial" w:cs="Arial" w:eastAsia="Arial"/>
          <w:b/>
          <w:i w:val="0"/>
          <w:color w:val="2D3748"/>
          <w:sz w:val="21"/>
        </w:rPr>
        <w:t>Überweisung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auf das Konto des Institut ANWA: IBAN AT44 3202 5000 0102 5329, BIC RLNWATWWAMS. Verwendungszweck: Fördermitgliedschaft und Ihr Name.</w:t>
      </w:r>
    </w:p>
    <w:p>
      <w:pPr>
        <w:spacing w:before="8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Oder </w:t>
      </w:r>
      <w:r>
        <w:rPr>
          <w:rFonts w:ascii="Arial" w:hAnsi="Arial" w:cs="Arial" w:eastAsia="Arial"/>
          <w:b/>
          <w:i w:val="0"/>
          <w:color w:val="2D3748"/>
          <w:sz w:val="21"/>
        </w:rPr>
        <w:t>Abbuchung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— dann zusätzlich das SEPA-Mandat ausfüllen.</w:t>
      </w:r>
    </w:p>
    <w:p>
      <w:pPr>
        <w:tabs>
          <w:tab w:pos="454" w:val="left"/>
        </w:tabs>
        <w:spacing w:before="18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 xml:space="preserve">Ich habe die </w:t>
      </w:r>
      <w:r>
        <w:rPr>
          <w:rFonts w:ascii="Arial" w:hAnsi="Arial" w:cs="Arial" w:eastAsia="Arial"/>
          <w:b/>
          <w:i w:val="0"/>
          <w:color w:val="2D3748"/>
          <w:sz w:val="20"/>
        </w:rPr>
        <w:t>Datenschutzerklärung</w:t>
      </w:r>
      <w:r>
        <w:rPr>
          <w:rFonts w:ascii="Arial" w:hAnsi="Arial" w:cs="Arial" w:eastAsia="Arial"/>
          <w:b w:val="0"/>
          <w:i w:val="0"/>
          <w:color w:val="2D3748"/>
          <w:sz w:val="20"/>
        </w:rPr>
        <w:t xml:space="preserve"> gelesen und stimme zu. Sie steht auf anwa.institute</w:t>
      </w:r>
    </w:p>
    <w:tbl>
      <w:tblPr>
        <w:tblW w:type="dxa" w:w="9185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7257"/>
      </w:tblGrid>
      <w:tr>
        <w:trPr>
          <w:cantSplit/>
        </w:trPr>
        <w:tc>
          <w:tcPr>
            <w:tcW w:type="dxa" w:w="192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Ort, Datum</w:t>
            </w:r>
          </w:p>
        </w:tc>
        <w:tc>
          <w:tcPr>
            <w:tcW w:type="dxa" w:w="7257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spacing w:after="180"/>
      </w:pP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0" w:type="dxa"/>
              <w:bottom w:w="20" w:type="dxa"/>
              <w:left w:w="0" w:type="dxa"/>
              <w:right w:w="0" w:type="dxa"/>
            </w:tcMar>
          </w:tcPr>
          <w:p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40" w:type="dxa"/>
              <w:bottom w:w="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7"/>
              </w:rPr>
              <w:t>Unterschrift, gegebenenfalls Stempel</w:t>
            </w:r>
          </w:p>
        </w:tc>
      </w:tr>
    </w:tbl>
    <w:p>
      <w:r>
        <w:br w:type="page"/>
      </w:r>
    </w:p>
    <w:p>
      <w:pPr>
        <w:spacing w:after="100"/>
      </w:pPr>
      <w:r>
        <w:rPr>
          <w:rFonts w:ascii="Arial" w:hAnsi="Arial" w:cs="Arial" w:eastAsia="Arial"/>
          <w:b/>
          <w:i w:val="0"/>
          <w:color w:val="2B6CB0"/>
          <w:spacing w:val="40"/>
          <w:sz w:val="16"/>
        </w:rPr>
        <w:t>BEILAGE · FÖRDERMITGLIEDSCHAFT</w:t>
      </w:r>
    </w:p>
    <w:p>
      <w:pPr>
        <w:pBdr>
          <w:bottom w:val="single" w:sz="12" w:space="10" w:color="1A365D"/>
        </w:pBdr>
        <w:spacing w:after="160"/>
      </w:pPr>
      <w:r>
        <w:rPr>
          <w:rFonts w:ascii="Arial" w:hAnsi="Arial" w:cs="Arial" w:eastAsia="Arial"/>
          <w:b/>
          <w:i w:val="0"/>
          <w:color w:val="1A365D"/>
          <w:spacing w:val="8"/>
          <w:sz w:val="38"/>
        </w:rPr>
        <w:t>SEPA-LASTSCHRIFTMANDAT</w:t>
      </w:r>
    </w:p>
    <w:p>
      <w:pPr>
        <w:spacing w:before="180" w:after="320"/>
      </w:pPr>
      <w:r>
        <w:rPr>
          <w:rFonts w:ascii="Arial" w:hAnsi="Arial" w:cs="Arial" w:eastAsia="Arial"/>
          <w:b w:val="0"/>
          <w:i w:val="0"/>
          <w:color w:val="5A6B80"/>
          <w:sz w:val="21"/>
        </w:rPr>
        <w:t>Nur ausfüllen, wenn der Beitrag abgebucht werden soll.</w:t>
      </w:r>
    </w:p>
    <w:p>
      <w:pPr>
        <w:pBdr>
          <w:bottom w:val="single" w:sz="6" w:space="6" w:color="D9E1EC"/>
        </w:pBdr>
        <w:keepNext w:val="1"/>
        <w:spacing w:before="8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DER ZAHLUNGSEMPFÄNGER</w:t>
      </w:r>
    </w:p>
    <w:p>
      <w:pPr>
        <w:spacing w:before="0" w:after="140"/>
      </w:pPr>
      <w:r>
        <w:rPr>
          <w:rFonts w:ascii="Arial" w:hAnsi="Arial" w:cs="Arial" w:eastAsia="Arial"/>
          <w:b/>
          <w:i w:val="0"/>
          <w:color w:val="2D3748"/>
          <w:sz w:val="21"/>
        </w:rPr>
        <w:t>Institut ANWA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 xml:space="preserve"> — Wissenschaftlicher Verein zur Förderung der Volksbildung, ZVR 1655095672.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2608"/>
        <w:gridCol w:w="6576"/>
      </w:tblGrid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Creditor-ID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wird vom Verein eingetragen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Mandatsreferenz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wird vom Verein vergeben</w:t>
            </w:r>
          </w:p>
        </w:tc>
      </w:tr>
    </w:tbl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IHRE ANGABEN</w:t>
      </w: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2608"/>
        <w:gridCol w:w="6576"/>
      </w:tblGrid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Vorname, Nachname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Unternehmen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9AA8B8"/>
                <w:sz w:val="17"/>
              </w:rPr>
              <w:t>sofern zutreffend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Straße, Hausnummer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PLZ, Ort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IBAN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keepNext w:val="1"/>
              <w:spacing w:after="0"/>
            </w:pPr>
          </w:p>
        </w:tc>
      </w:tr>
      <w:tr>
        <w:trPr>
          <w:cantSplit/>
        </w:trPr>
        <w:tc>
          <w:tcPr>
            <w:tcW w:type="dxa" w:w="260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BIC</w:t>
            </w:r>
          </w:p>
        </w:tc>
        <w:tc>
          <w:tcPr>
            <w:tcW w:type="dxa" w:w="6576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pBdr>
          <w:bottom w:val="single" w:sz="6" w:space="6" w:color="D9E1EC"/>
        </w:pBdr>
        <w:keepNext w:val="1"/>
        <w:spacing w:before="340" w:after="140"/>
      </w:pPr>
      <w:r>
        <w:rPr>
          <w:rFonts w:ascii="Arial" w:hAnsi="Arial" w:cs="Arial" w:eastAsia="Arial"/>
          <w:b/>
          <w:i w:val="0"/>
          <w:color w:val="1A365D"/>
          <w:spacing w:val="26"/>
          <w:sz w:val="18"/>
        </w:rPr>
        <w:t>DIE ERMÄCHTIGUNG</w:t>
      </w:r>
    </w:p>
    <w:p>
      <w:pPr>
        <w:spacing w:before="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>Ich ermächtige das Institut ANWA, Zahlungen von meinem Konto mittels SEPA-Lastschrift einzuziehen. Zugleich weise ich mein Kreditinstitut an, die auf mein Konto gezogenen SEPA-Lastschriften einzulösen.</w:t>
      </w:r>
    </w:p>
    <w:p>
      <w:pPr>
        <w:spacing w:before="120" w:after="140"/>
      </w:pPr>
      <w:r>
        <w:rPr>
          <w:rFonts w:ascii="Arial" w:hAnsi="Arial" w:cs="Arial" w:eastAsia="Arial"/>
          <w:b w:val="0"/>
          <w:i w:val="0"/>
          <w:color w:val="2D3748"/>
          <w:sz w:val="21"/>
        </w:rPr>
        <w:t>Bei Erstanmeldung erfolgt die erste Abbuchung mit dem Datum dieses Antrags, danach jeweils im Jänner des Folgejahres, wiederkehrend. Ich kann innerhalb von acht Wochen ab dem Belastungsdatum die Rückerstattung verlangen; es gelten die mit meinem Kreditinstitut vereinbarten Bedingungen. Künftige Änderungen meiner Kontoangaben gebe ich unverzüglich bekannt.</w:t>
      </w:r>
    </w:p>
    <w:p>
      <w:pPr>
        <w:tabs>
          <w:tab w:pos="454" w:val="left"/>
        </w:tabs>
        <w:spacing w:before="240" w:after="60"/>
        <w:ind w:left="454" w:hanging="454"/>
      </w:pPr>
      <w:r>
        <w:rPr>
          <w:rFonts w:ascii="Arial" w:hAnsi="Arial" w:cs="Arial" w:eastAsia="Arial"/>
          <w:b w:val="0"/>
          <w:i w:val="0"/>
          <w:color w:val="1A365D"/>
          <w:sz w:val="26"/>
        </w:rPr>
        <w:t>☐</w:t>
      </w:r>
      <w:r>
        <w:rPr>
          <w:rFonts w:ascii="Arial" w:hAnsi="Arial" w:cs="Arial" w:eastAsia="Arial"/>
          <w:b w:val="0"/>
          <w:i w:val="0"/>
          <w:color w:val="2D3748"/>
          <w:sz w:val="21"/>
        </w:rPr>
        <w:tab/>
      </w:r>
      <w:r>
        <w:rPr>
          <w:rFonts w:ascii="Arial" w:hAnsi="Arial" w:cs="Arial" w:eastAsia="Arial"/>
          <w:b w:val="0"/>
          <w:i w:val="0"/>
          <w:color w:val="2D3748"/>
          <w:sz w:val="20"/>
        </w:rPr>
        <w:t xml:space="preserve">Ich habe </w:t>
      </w:r>
      <w:r>
        <w:rPr>
          <w:rFonts w:ascii="Arial" w:hAnsi="Arial" w:cs="Arial" w:eastAsia="Arial"/>
          <w:b/>
          <w:i w:val="0"/>
          <w:color w:val="2D3748"/>
          <w:sz w:val="20"/>
        </w:rPr>
        <w:t>Datenschutzerklärung und Merkblatt</w:t>
      </w:r>
      <w:r>
        <w:rPr>
          <w:rFonts w:ascii="Arial" w:hAnsi="Arial" w:cs="Arial" w:eastAsia="Arial"/>
          <w:b w:val="0"/>
          <w:i w:val="0"/>
          <w:color w:val="2D3748"/>
          <w:sz w:val="20"/>
        </w:rPr>
        <w:t xml:space="preserve"> gelesen und stimme zu.</w:t>
      </w:r>
    </w:p>
    <w:tbl>
      <w:tblPr>
        <w:tblW w:type="dxa" w:w="9185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7257"/>
      </w:tblGrid>
      <w:tr>
        <w:trPr>
          <w:cantSplit/>
        </w:trPr>
        <w:tc>
          <w:tcPr>
            <w:tcW w:type="dxa" w:w="1928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8"/>
              </w:rPr>
              <w:t>Ort, Datum</w:t>
            </w:r>
          </w:p>
        </w:tc>
        <w:tc>
          <w:tcPr>
            <w:tcW w:type="dxa" w:w="7257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70" w:type="dxa"/>
              <w:bottom w:w="40" w:type="dxa"/>
              <w:left w:w="0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spacing w:after="320"/>
      </w:pPr>
    </w:p>
    <w:tbl>
      <w:tblPr>
        <w:tblW w:type="dxa" w:w="9184"/>
        <w:jc w:val="left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single" w:sz="8" w:space="0" w:color="D9E1EC"/>
              <w:left w:val="nil" w:sz="0" w:space="0" w:color="auto"/>
              <w:right w:val="nil" w:sz="0" w:space="0" w:color="auto"/>
            </w:tcBorders>
            <w:tcMar>
              <w:top w:w="0" w:type="dxa"/>
              <w:bottom w:w="20" w:type="dxa"/>
              <w:left w:w="0" w:type="dxa"/>
              <w:right w:w="0" w:type="dxa"/>
            </w:tcMar>
          </w:tcPr>
          <w:p>
            <w:r>
              <w:rPr>
                <w:rFonts w:ascii="Arial" w:hAnsi="Arial" w:cs="Arial" w:eastAsia="Arial"/>
                <w:b w:val="0"/>
                <w:i w:val="0"/>
                <w:color w:val="2D3748"/>
                <w:sz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184"/>
            <w:tcBorders>
              <w:top w:val="nil" w:sz="8" w:space="0" w:color="auto"/>
              <w:bottom w:val="nil" w:sz="8" w:space="0" w:color="auto"/>
              <w:left w:val="nil" w:sz="0" w:space="0" w:color="auto"/>
              <w:right w:val="nil" w:sz="0" w:space="0" w:color="auto"/>
            </w:tcBorders>
            <w:tcMar>
              <w:top w:w="40" w:type="dxa"/>
              <w:bottom w:w="0" w:type="dxa"/>
              <w:left w:w="0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 w:val="0"/>
                <w:color w:val="5A6B80"/>
                <w:spacing w:val="6"/>
                <w:sz w:val="17"/>
              </w:rPr>
              <w:t>Unterschrift der Kontoinhaberin / des Kontoinhabers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361" w:bottom="1134" w:left="1361" w:header="72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8" w:color="D9E1EC"/>
      </w:pBdr>
      <w:tabs>
        <w:tab w:pos="9184" w:val="right"/>
      </w:tabs>
      <w:spacing w:before="0"/>
    </w:pPr>
    <w:r>
      <w:drawing>
        <wp:inline xmlns:a="http://schemas.openxmlformats.org/drawingml/2006/main" xmlns:pic="http://schemas.openxmlformats.org/drawingml/2006/picture">
          <wp:extent cx="200522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stitut_ANWA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522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i w:val="0"/>
        <w:color w:val="2D3748"/>
        <w:sz w:val="16"/>
      </w:rPr>
      <w:t xml:space="preserve">   </w:t>
    </w:r>
    <w:r>
      <w:rPr>
        <w:rFonts w:ascii="Arial" w:hAnsi="Arial" w:cs="Arial" w:eastAsia="Arial"/>
        <w:b w:val="0"/>
        <w:i w:val="0"/>
        <w:color w:val="5A6B80"/>
        <w:spacing w:val="8"/>
        <w:sz w:val="15"/>
      </w:rPr>
      <w:t>Eine Vorlage des Institut ANWA · anwa.institute</w:t>
    </w:r>
    <w:r>
      <w:rPr>
        <w:rFonts w:ascii="Arial" w:hAnsi="Arial" w:cs="Arial" w:eastAsia="Arial"/>
        <w:b w:val="0"/>
        <w:i w:val="0"/>
        <w:color w:val="2D3748"/>
        <w:sz w:val="15"/>
      </w:rPr>
      <w:tab/>
    </w:r>
    <w:r>
      <w:rPr>
        <w:rFonts w:ascii="Arial" w:hAnsi="Arial" w:cs="Arial" w:eastAsia="Arial"/>
        <w:b w:val="0"/>
        <w:i w:val="0"/>
        <w:color w:val="5A6B80"/>
        <w:sz w:val="15"/>
      </w:rPr>
      <w:t xml:space="preserve">Seite </w: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begin"/>
    </w:r>
    <w:r>
      <w:rPr>
        <w:rFonts w:ascii="Arial" w:hAnsi="Arial" w:cs="Arial" w:eastAsia="Arial"/>
        <w:b w:val="0"/>
        <w:i w:val="0"/>
        <w:color w:val="5A6B80"/>
        <w:sz w:val="15"/>
      </w:rPr>
      <w:instrText xml:space="preserve"> PAGE </w:instrTex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end"/>
    </w:r>
    <w:r>
      <w:rPr>
        <w:rFonts w:ascii="Arial" w:hAnsi="Arial" w:cs="Arial" w:eastAsia="Arial"/>
        <w:b w:val="0"/>
        <w:i w:val="0"/>
        <w:color w:val="5A6B80"/>
        <w:sz w:val="15"/>
      </w:rPr>
      <w:t xml:space="preserve"> von </w: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begin"/>
    </w:r>
    <w:r>
      <w:rPr>
        <w:rFonts w:ascii="Arial" w:hAnsi="Arial" w:cs="Arial" w:eastAsia="Arial"/>
        <w:b w:val="0"/>
        <w:i w:val="0"/>
        <w:color w:val="5A6B80"/>
        <w:sz w:val="15"/>
      </w:rPr>
      <w:instrText xml:space="preserve"> NUMPAGES </w:instrText>
    </w:r>
    <w:r>
      <w:rPr>
        <w:rFonts w:ascii="Arial" w:hAnsi="Arial" w:cs="Arial" w:eastAsia="Arial"/>
        <w:b w:val="0"/>
        <w:i w:val="0"/>
        <w:color w:val="5A6B80"/>
        <w:sz w:val="15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93" w:lineRule="auto"/>
    </w:pPr>
    <w:rPr>
      <w:rFonts w:ascii="Arial" w:hAnsi="Arial" w:eastAsia="Arial" w:cs="Arial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Fördermitgliedschaft — Institut ANWA</dc:title>
  <dc:subject>Beitrittsformular für Fördermitglieder</dc:subject>
  <dc:creator>Institut ANWA</dc:creator>
  <cp:keywords/>
  <dc:description>Eine Vorlage des Institut ANWA, wissenschaftlicher Verein zur Förderung der Volksbildung. anwa.institute</dc:description>
  <cp:lastModifiedBy/>
  <cp:revision>1</cp:revision>
  <dcterms:created xsi:type="dcterms:W3CDTF">2013-12-23T23:15:00Z</dcterms:created>
  <dcterms:modified xsi:type="dcterms:W3CDTF">2013-12-23T23:15:00Z</dcterms:modified>
  <cp:category>Vorlage</cp:category>
</cp:coreProperties>
</file>